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F23E7" w14:textId="77777777" w:rsidR="009E5EBD" w:rsidRDefault="009F41AF">
      <w:pPr>
        <w:jc w:val="center"/>
      </w:pPr>
      <w:r>
        <w:rPr>
          <w:b/>
          <w:sz w:val="32"/>
        </w:rPr>
        <w:t>USRDS Researcher Progress Report</w:t>
      </w:r>
    </w:p>
    <w:p w14:paraId="604130B4" w14:textId="5118B12D" w:rsidR="009E5EBD" w:rsidRPr="00383DDB" w:rsidRDefault="009F41AF">
      <w:pPr>
        <w:rPr>
          <w:b/>
          <w:bCs/>
        </w:rPr>
      </w:pPr>
      <w:r w:rsidRPr="00383DDB">
        <w:rPr>
          <w:b/>
          <w:bCs/>
        </w:rPr>
        <w:t xml:space="preserve">Please complete all fields. </w:t>
      </w:r>
    </w:p>
    <w:p w14:paraId="4ECF7FC0" w14:textId="08D46122" w:rsidR="00D66479" w:rsidRPr="00383DDB" w:rsidRDefault="00D66479" w:rsidP="00D66479">
      <w:pPr>
        <w:spacing w:after="0"/>
        <w:rPr>
          <w:b/>
          <w:bCs/>
        </w:rPr>
      </w:pPr>
      <w:r w:rsidRPr="00383DDB">
        <w:rPr>
          <w:b/>
          <w:bCs/>
        </w:rPr>
        <w:t>Principal Investigator:</w:t>
      </w:r>
      <w:r w:rsidR="00B248BF">
        <w:rPr>
          <w:b/>
          <w:bCs/>
        </w:rPr>
        <w:t xml:space="preserve"> </w:t>
      </w:r>
      <w:sdt>
        <w:sdtPr>
          <w:rPr>
            <w:b/>
            <w:bCs/>
          </w:rPr>
          <w:id w:val="650179296"/>
          <w:placeholder>
            <w:docPart w:val="3ECC84DBD0974AF68D71DD3AD1F6127A"/>
          </w:placeholder>
          <w:showingPlcHdr/>
        </w:sdtPr>
        <w:sdtEndPr/>
        <w:sdtContent>
          <w:r w:rsidR="00B248BF" w:rsidRPr="009F6293">
            <w:rPr>
              <w:rStyle w:val="PlaceholderText"/>
            </w:rPr>
            <w:t>Click or tap here to enter text.</w:t>
          </w:r>
        </w:sdtContent>
      </w:sdt>
    </w:p>
    <w:p w14:paraId="5B7CF121" w14:textId="78FF2BDD" w:rsidR="00D66479" w:rsidRPr="00383DDB" w:rsidRDefault="00D66479" w:rsidP="00D66479">
      <w:pPr>
        <w:spacing w:after="0"/>
        <w:rPr>
          <w:b/>
          <w:bCs/>
        </w:rPr>
      </w:pPr>
      <w:r w:rsidRPr="00383DDB">
        <w:rPr>
          <w:b/>
          <w:bCs/>
        </w:rPr>
        <w:t>USRDS DUA#</w:t>
      </w:r>
      <w:r w:rsidR="00383DDB">
        <w:rPr>
          <w:b/>
          <w:bCs/>
        </w:rPr>
        <w:t xml:space="preserve">: </w:t>
      </w:r>
      <w:sdt>
        <w:sdtPr>
          <w:rPr>
            <w:b/>
            <w:bCs/>
          </w:rPr>
          <w:id w:val="2043554847"/>
          <w:placeholder>
            <w:docPart w:val="5BE9ACE121B44767AD9396A364D20243"/>
          </w:placeholder>
          <w:showingPlcHdr/>
        </w:sdtPr>
        <w:sdtEndPr/>
        <w:sdtContent>
          <w:r w:rsidR="00B248BF" w:rsidRPr="009F6293">
            <w:rPr>
              <w:rStyle w:val="PlaceholderText"/>
            </w:rPr>
            <w:t>Click or tap here to enter text.</w:t>
          </w:r>
        </w:sdtContent>
      </w:sdt>
    </w:p>
    <w:p w14:paraId="69E12BDB" w14:textId="6FB50B71" w:rsidR="00D66479" w:rsidRPr="00383DDB" w:rsidRDefault="00D66479" w:rsidP="00D66479">
      <w:pPr>
        <w:spacing w:after="0"/>
        <w:rPr>
          <w:b/>
          <w:bCs/>
        </w:rPr>
      </w:pPr>
      <w:r w:rsidRPr="00383DDB">
        <w:rPr>
          <w:b/>
          <w:bCs/>
        </w:rPr>
        <w:t>Date</w:t>
      </w:r>
      <w:r w:rsidR="00383DDB">
        <w:rPr>
          <w:b/>
          <w:bCs/>
        </w:rPr>
        <w:t xml:space="preserve">: </w:t>
      </w:r>
      <w:sdt>
        <w:sdtPr>
          <w:rPr>
            <w:b/>
            <w:bCs/>
          </w:rPr>
          <w:id w:val="-788207241"/>
          <w:placeholder>
            <w:docPart w:val="7BF64B2F4DF84F95B9C175D6B3B01F97"/>
          </w:placeholder>
          <w:showingPlcHdr/>
        </w:sdtPr>
        <w:sdtEndPr/>
        <w:sdtContent>
          <w:r w:rsidR="00B248BF" w:rsidRPr="009F6293">
            <w:rPr>
              <w:rStyle w:val="PlaceholderText"/>
            </w:rPr>
            <w:t>Click or tap here to enter text.</w:t>
          </w:r>
        </w:sdtContent>
      </w:sdt>
    </w:p>
    <w:p w14:paraId="1E5BF8D8" w14:textId="77777777" w:rsidR="00D66479" w:rsidRDefault="00D66479" w:rsidP="00D66479">
      <w:pPr>
        <w:spacing w:after="0"/>
      </w:pPr>
    </w:p>
    <w:p w14:paraId="06B855EE" w14:textId="08518003" w:rsidR="009E5EBD" w:rsidRPr="00D66479" w:rsidRDefault="009F41AF">
      <w:pPr>
        <w:rPr>
          <w:b/>
          <w:bCs/>
        </w:rPr>
      </w:pPr>
      <w:r w:rsidRPr="180AEAF5">
        <w:rPr>
          <w:b/>
          <w:bCs/>
        </w:rPr>
        <w:t>Summary of activity since last report or since obtaining USRDS SAFs</w:t>
      </w:r>
      <w:r w:rsidR="005F072B" w:rsidRPr="180AEAF5">
        <w:rPr>
          <w:b/>
          <w:bCs/>
        </w:rPr>
        <w:t>. Include a list of any published manuscripts and attestation</w:t>
      </w:r>
      <w:r w:rsidR="0006507D" w:rsidRPr="180AEAF5">
        <w:rPr>
          <w:b/>
          <w:bCs/>
        </w:rPr>
        <w:t xml:space="preserve">. </w:t>
      </w:r>
      <w:r w:rsidR="35395237" w:rsidRPr="180AEAF5">
        <w:rPr>
          <w:b/>
          <w:bCs/>
        </w:rPr>
        <w:t>Were</w:t>
      </w:r>
      <w:r w:rsidR="005F072B" w:rsidRPr="180AEAF5">
        <w:rPr>
          <w:b/>
          <w:bCs/>
        </w:rPr>
        <w:t xml:space="preserve"> they submitted for USRDS privacy review</w:t>
      </w:r>
      <w:r w:rsidR="6AFF81E8" w:rsidRPr="180AEAF5">
        <w:rPr>
          <w:b/>
          <w:bCs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9E5EBD" w14:paraId="73C13B33" w14:textId="77777777">
        <w:tc>
          <w:tcPr>
            <w:tcW w:w="8640" w:type="dxa"/>
            <w:shd w:val="clear" w:color="auto" w:fill="E7F3FF"/>
          </w:tcPr>
          <w:p w14:paraId="68C54A53" w14:textId="77777777" w:rsidR="009E5EBD" w:rsidRDefault="009F41AF">
            <w:r>
              <w:t>Enter summary here...</w:t>
            </w:r>
          </w:p>
        </w:tc>
      </w:tr>
    </w:tbl>
    <w:p w14:paraId="570906B1" w14:textId="70CAD2EB" w:rsidR="009E5EBD" w:rsidRPr="00383DDB" w:rsidRDefault="00383DDB">
      <w:pPr>
        <w:rPr>
          <w:b/>
          <w:bCs/>
        </w:rPr>
      </w:pPr>
      <w:r w:rsidRPr="0782BE30">
        <w:rPr>
          <w:b/>
          <w:bCs/>
        </w:rPr>
        <w:t xml:space="preserve"> </w:t>
      </w:r>
      <w:r w:rsidR="005F072B" w:rsidRPr="0782BE30">
        <w:rPr>
          <w:b/>
          <w:bCs/>
        </w:rPr>
        <w:t xml:space="preserve">Will you continue </w:t>
      </w:r>
      <w:r w:rsidR="00595506" w:rsidRPr="0782BE30">
        <w:rPr>
          <w:b/>
          <w:bCs/>
        </w:rPr>
        <w:t>working</w:t>
      </w:r>
      <w:r w:rsidR="005F072B" w:rsidRPr="0782BE30">
        <w:rPr>
          <w:b/>
          <w:bCs/>
        </w:rPr>
        <w:t xml:space="preserve"> on the project in the coming year?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E5EBD" w14:paraId="584D9CDC" w14:textId="77777777">
        <w:tc>
          <w:tcPr>
            <w:tcW w:w="4320" w:type="dxa"/>
            <w:shd w:val="clear" w:color="auto" w:fill="E7F3FF"/>
          </w:tcPr>
          <w:p w14:paraId="10529530" w14:textId="79375925" w:rsidR="009E5EBD" w:rsidRDefault="0006507D">
            <w:sdt>
              <w:sdtPr>
                <w:id w:val="97310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48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1AF">
              <w:t>Yes</w:t>
            </w:r>
          </w:p>
        </w:tc>
        <w:tc>
          <w:tcPr>
            <w:tcW w:w="4320" w:type="dxa"/>
            <w:shd w:val="clear" w:color="auto" w:fill="E7F3FF"/>
          </w:tcPr>
          <w:p w14:paraId="4B320098" w14:textId="692A3E0E" w:rsidR="009E5EBD" w:rsidRDefault="0006507D">
            <w:sdt>
              <w:sdtPr>
                <w:id w:val="-123192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D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1AF">
              <w:t>No</w:t>
            </w:r>
            <w:r w:rsidR="00383DDB">
              <w:t>, will complete data destruction    certificate</w:t>
            </w:r>
          </w:p>
        </w:tc>
      </w:tr>
    </w:tbl>
    <w:p w14:paraId="3487955D" w14:textId="7E8178A9" w:rsidR="009E5EBD" w:rsidRPr="00383DDB" w:rsidRDefault="009F41AF">
      <w:pPr>
        <w:rPr>
          <w:b/>
          <w:bCs/>
        </w:rPr>
      </w:pPr>
      <w:r w:rsidRPr="0782BE30">
        <w:rPr>
          <w:b/>
          <w:bCs/>
        </w:rPr>
        <w:t>If yes, please outline research plans for the coming year</w:t>
      </w:r>
      <w:r w:rsidR="4FE68A9E" w:rsidRPr="0782BE30">
        <w:rPr>
          <w:b/>
          <w:bCs/>
        </w:rPr>
        <w:t>.</w:t>
      </w:r>
      <w:r w:rsidR="0006507D">
        <w:rPr>
          <w:b/>
          <w:bCs/>
        </w:rPr>
        <w:t xml:space="preserve"> Are </w:t>
      </w:r>
      <w:r w:rsidR="4D30DFFB" w:rsidRPr="0782BE30">
        <w:rPr>
          <w:b/>
          <w:bCs/>
        </w:rPr>
        <w:t>these plans</w:t>
      </w:r>
      <w:r w:rsidR="4FE68A9E" w:rsidRPr="0782BE30">
        <w:rPr>
          <w:b/>
          <w:bCs/>
        </w:rPr>
        <w:t xml:space="preserve"> within scope of your DUA? If not, submit an amendment.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9E5EBD" w14:paraId="70308D89" w14:textId="77777777">
        <w:tc>
          <w:tcPr>
            <w:tcW w:w="8640" w:type="dxa"/>
            <w:shd w:val="clear" w:color="auto" w:fill="E7F3FF"/>
          </w:tcPr>
          <w:p w14:paraId="65F470F8" w14:textId="77777777" w:rsidR="00D66479" w:rsidRDefault="00D66479" w:rsidP="00D66479"/>
          <w:p w14:paraId="7DB9FA5D" w14:textId="77777777" w:rsidR="00D66479" w:rsidRDefault="00D66479" w:rsidP="00D66479"/>
          <w:p w14:paraId="7AB9FEEF" w14:textId="77777777" w:rsidR="00D66479" w:rsidRDefault="00D66479" w:rsidP="00D66479"/>
          <w:p w14:paraId="5079EAC6" w14:textId="29E65919" w:rsidR="00D66479" w:rsidRDefault="00D66479" w:rsidP="00D66479"/>
        </w:tc>
      </w:tr>
    </w:tbl>
    <w:p w14:paraId="11B2B849" w14:textId="2C37C42B" w:rsidR="009E5EBD" w:rsidRPr="00383DDB" w:rsidRDefault="009F41AF">
      <w:pPr>
        <w:rPr>
          <w:b/>
          <w:bCs/>
        </w:rPr>
      </w:pPr>
      <w:r w:rsidRPr="00383DDB">
        <w:rPr>
          <w:b/>
          <w:bCs/>
        </w:rPr>
        <w:t>Please review the list of individuals with access to the</w:t>
      </w:r>
      <w:r w:rsidR="00B248BF">
        <w:rPr>
          <w:b/>
          <w:bCs/>
        </w:rPr>
        <w:t xml:space="preserve"> USRDS data</w:t>
      </w:r>
      <w:r w:rsidRPr="00383DDB">
        <w:rPr>
          <w:b/>
          <w:bCs/>
        </w:rPr>
        <w:t>; indicate any additions or deletions</w:t>
      </w:r>
      <w:r w:rsidR="005F072B">
        <w:rPr>
          <w:b/>
          <w:bCs/>
        </w:rPr>
        <w:t xml:space="preserve"> (NOTE</w:t>
      </w:r>
      <w:r w:rsidR="00595506">
        <w:rPr>
          <w:b/>
          <w:bCs/>
        </w:rPr>
        <w:t>: any</w:t>
      </w:r>
      <w:r w:rsidR="005F072B">
        <w:rPr>
          <w:b/>
          <w:bCs/>
        </w:rPr>
        <w:t xml:space="preserve"> additions of personnel to the DUA requires a DUA Amendment)</w:t>
      </w:r>
      <w:r w:rsidRPr="00383DDB">
        <w:rPr>
          <w:b/>
          <w:bCs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9E5EBD" w14:paraId="1287C9EF" w14:textId="77777777">
        <w:tc>
          <w:tcPr>
            <w:tcW w:w="8640" w:type="dxa"/>
            <w:shd w:val="clear" w:color="auto" w:fill="E7F3FF"/>
          </w:tcPr>
          <w:p w14:paraId="324B3F8C" w14:textId="77777777" w:rsidR="009E5EBD" w:rsidRDefault="009F41AF">
            <w:r>
              <w:t>Enter updates here (name, role, email, add/delete)</w:t>
            </w:r>
          </w:p>
          <w:p w14:paraId="10547135" w14:textId="0C1E83F9" w:rsidR="00D66479" w:rsidRDefault="00D66479"/>
        </w:tc>
      </w:tr>
    </w:tbl>
    <w:p w14:paraId="6AFBDAB9" w14:textId="6C607B28" w:rsidR="009F41AF" w:rsidRDefault="009F41AF" w:rsidP="00D66479"/>
    <w:p w14:paraId="2F7A3FBB" w14:textId="7F6AD6F0" w:rsidR="00383DDB" w:rsidRDefault="009F41AF" w:rsidP="00B248BF">
      <w:pPr>
        <w:spacing w:after="0"/>
      </w:pPr>
      <w:r>
        <w:t xml:space="preserve">Certified by: </w:t>
      </w:r>
      <w:sdt>
        <w:sdtPr>
          <w:id w:val="1382668182"/>
          <w:placeholder>
            <w:docPart w:val="36255541A0B84F4A94C3B704C2EA3CB2"/>
          </w:placeholder>
          <w:showingPlcHdr/>
        </w:sdtPr>
        <w:sdtEndPr/>
        <w:sdtContent>
          <w:r w:rsidR="00B248BF" w:rsidRPr="009F6293">
            <w:rPr>
              <w:rStyle w:val="PlaceholderText"/>
            </w:rPr>
            <w:t>Click or tap here to enter text.</w:t>
          </w:r>
        </w:sdtContent>
      </w:sdt>
    </w:p>
    <w:sectPr w:rsidR="00383D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1774817">
    <w:abstractNumId w:val="8"/>
  </w:num>
  <w:num w:numId="2" w16cid:durableId="1829440765">
    <w:abstractNumId w:val="6"/>
  </w:num>
  <w:num w:numId="3" w16cid:durableId="842816206">
    <w:abstractNumId w:val="5"/>
  </w:num>
  <w:num w:numId="4" w16cid:durableId="277958754">
    <w:abstractNumId w:val="4"/>
  </w:num>
  <w:num w:numId="5" w16cid:durableId="591940523">
    <w:abstractNumId w:val="7"/>
  </w:num>
  <w:num w:numId="6" w16cid:durableId="1239098040">
    <w:abstractNumId w:val="3"/>
  </w:num>
  <w:num w:numId="7" w16cid:durableId="1736469643">
    <w:abstractNumId w:val="2"/>
  </w:num>
  <w:num w:numId="8" w16cid:durableId="1977643323">
    <w:abstractNumId w:val="1"/>
  </w:num>
  <w:num w:numId="9" w16cid:durableId="847014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07D"/>
    <w:rsid w:val="0015074B"/>
    <w:rsid w:val="0029639D"/>
    <w:rsid w:val="00326F90"/>
    <w:rsid w:val="00383DDB"/>
    <w:rsid w:val="00595506"/>
    <w:rsid w:val="005F072B"/>
    <w:rsid w:val="006E0A3B"/>
    <w:rsid w:val="007D4221"/>
    <w:rsid w:val="009A4303"/>
    <w:rsid w:val="009B586C"/>
    <w:rsid w:val="009C24B1"/>
    <w:rsid w:val="009E5EBD"/>
    <w:rsid w:val="009F41AF"/>
    <w:rsid w:val="00AA1D8D"/>
    <w:rsid w:val="00B248BF"/>
    <w:rsid w:val="00B2668B"/>
    <w:rsid w:val="00B47730"/>
    <w:rsid w:val="00B5580F"/>
    <w:rsid w:val="00CB0664"/>
    <w:rsid w:val="00D66479"/>
    <w:rsid w:val="00DE7CCD"/>
    <w:rsid w:val="00E425AE"/>
    <w:rsid w:val="00FC693F"/>
    <w:rsid w:val="0782BE30"/>
    <w:rsid w:val="0CA026AE"/>
    <w:rsid w:val="180AEAF5"/>
    <w:rsid w:val="35395237"/>
    <w:rsid w:val="3E48E61B"/>
    <w:rsid w:val="4D30DFFB"/>
    <w:rsid w:val="4FE68A9E"/>
    <w:rsid w:val="50F39828"/>
    <w:rsid w:val="6AFF8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6759BE"/>
  <w14:defaultImageDpi w14:val="330"/>
  <w15:docId w15:val="{A34110FE-49EB-44CB-8CEB-26D14703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B248BF"/>
    <w:rPr>
      <w:color w:val="666666"/>
    </w:rPr>
  </w:style>
  <w:style w:type="paragraph" w:styleId="Revision">
    <w:name w:val="Revision"/>
    <w:hidden/>
    <w:uiPriority w:val="99"/>
    <w:semiHidden/>
    <w:rsid w:val="00B248BF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CC84DBD0974AF68D71DD3AD1F61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4124C-EB11-4AE6-AFA1-3D27C8D6E315}"/>
      </w:docPartPr>
      <w:docPartBody>
        <w:p w:rsidR="009C24B1" w:rsidRDefault="009C24B1" w:rsidP="009C24B1">
          <w:pPr>
            <w:pStyle w:val="3ECC84DBD0974AF68D71DD3AD1F6127A"/>
          </w:pPr>
          <w:r w:rsidRPr="009F62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E9ACE121B44767AD9396A364D20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7BAE0-0A76-4F5F-85EA-599350ED73F8}"/>
      </w:docPartPr>
      <w:docPartBody>
        <w:p w:rsidR="009C24B1" w:rsidRDefault="009C24B1" w:rsidP="009C24B1">
          <w:pPr>
            <w:pStyle w:val="5BE9ACE121B44767AD9396A364D20243"/>
          </w:pPr>
          <w:r w:rsidRPr="009F62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F64B2F4DF84F95B9C175D6B3B0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0B4B4-8182-4343-9E2C-0D3096220751}"/>
      </w:docPartPr>
      <w:docPartBody>
        <w:p w:rsidR="009C24B1" w:rsidRDefault="009C24B1" w:rsidP="009C24B1">
          <w:pPr>
            <w:pStyle w:val="7BF64B2F4DF84F95B9C175D6B3B01F97"/>
          </w:pPr>
          <w:r w:rsidRPr="009F62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255541A0B84F4A94C3B704C2EA3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77CEB-E6A8-45E6-9414-E0A718AFDEDD}"/>
      </w:docPartPr>
      <w:docPartBody>
        <w:p w:rsidR="009C24B1" w:rsidRDefault="009C24B1" w:rsidP="009C24B1">
          <w:pPr>
            <w:pStyle w:val="36255541A0B84F4A94C3B704C2EA3CB2"/>
          </w:pPr>
          <w:r w:rsidRPr="009F62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B1"/>
    <w:rsid w:val="006E0A3B"/>
    <w:rsid w:val="009C24B1"/>
    <w:rsid w:val="00B2668B"/>
    <w:rsid w:val="00B5580F"/>
    <w:rsid w:val="00DE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24B1"/>
    <w:rPr>
      <w:color w:val="666666"/>
    </w:rPr>
  </w:style>
  <w:style w:type="paragraph" w:customStyle="1" w:styleId="3ECC84DBD0974AF68D71DD3AD1F6127A">
    <w:name w:val="3ECC84DBD0974AF68D71DD3AD1F6127A"/>
    <w:rsid w:val="009C24B1"/>
    <w:pPr>
      <w:spacing w:after="200" w:line="276" w:lineRule="auto"/>
    </w:pPr>
    <w:rPr>
      <w:rFonts w:ascii="Calibri" w:hAnsi="Calibri"/>
      <w:kern w:val="0"/>
      <w:sz w:val="22"/>
      <w:szCs w:val="22"/>
      <w14:ligatures w14:val="none"/>
    </w:rPr>
  </w:style>
  <w:style w:type="paragraph" w:customStyle="1" w:styleId="5BE9ACE121B44767AD9396A364D20243">
    <w:name w:val="5BE9ACE121B44767AD9396A364D20243"/>
    <w:rsid w:val="009C24B1"/>
    <w:pPr>
      <w:spacing w:after="200" w:line="276" w:lineRule="auto"/>
    </w:pPr>
    <w:rPr>
      <w:rFonts w:ascii="Calibri" w:hAnsi="Calibri"/>
      <w:kern w:val="0"/>
      <w:sz w:val="22"/>
      <w:szCs w:val="22"/>
      <w14:ligatures w14:val="none"/>
    </w:rPr>
  </w:style>
  <w:style w:type="paragraph" w:customStyle="1" w:styleId="7BF64B2F4DF84F95B9C175D6B3B01F97">
    <w:name w:val="7BF64B2F4DF84F95B9C175D6B3B01F97"/>
    <w:rsid w:val="009C24B1"/>
    <w:pPr>
      <w:spacing w:after="200" w:line="276" w:lineRule="auto"/>
    </w:pPr>
    <w:rPr>
      <w:rFonts w:ascii="Calibri" w:hAnsi="Calibri"/>
      <w:kern w:val="0"/>
      <w:sz w:val="22"/>
      <w:szCs w:val="22"/>
      <w14:ligatures w14:val="none"/>
    </w:rPr>
  </w:style>
  <w:style w:type="paragraph" w:customStyle="1" w:styleId="36255541A0B84F4A94C3B704C2EA3CB2">
    <w:name w:val="36255541A0B84F4A94C3B704C2EA3CB2"/>
    <w:rsid w:val="009C24B1"/>
    <w:pPr>
      <w:spacing w:after="200" w:line="276" w:lineRule="auto"/>
    </w:pPr>
    <w:rPr>
      <w:rFonts w:ascii="Calibri" w:hAnsi="Calibr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E3CC3B102BFF4FA48B02BC818C3347" ma:contentTypeVersion="13" ma:contentTypeDescription="Create a new document." ma:contentTypeScope="" ma:versionID="7758749d3bc5301690e04d307f957570">
  <xsd:schema xmlns:xsd="http://www.w3.org/2001/XMLSchema" xmlns:xs="http://www.w3.org/2001/XMLSchema" xmlns:p="http://schemas.microsoft.com/office/2006/metadata/properties" xmlns:ns2="92a13d9e-62e4-4fcc-865b-03d05f6bd99c" xmlns:ns3="fe968c08-bad6-44f2-bc82-a15b3db1bb40" targetNamespace="http://schemas.microsoft.com/office/2006/metadata/properties" ma:root="true" ma:fieldsID="9ccec2a37c096c68033f9d236aea18be" ns2:_="" ns3:_="">
    <xsd:import namespace="92a13d9e-62e4-4fcc-865b-03d05f6bd99c"/>
    <xsd:import namespace="fe968c08-bad6-44f2-bc82-a15b3db1bb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13d9e-62e4-4fcc-865b-03d05f6bd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68c08-bad6-44f2-bc82-a15b3db1bb4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438f33-c420-4ba9-8513-41c76901545b}" ma:internalName="TaxCatchAll" ma:showField="CatchAllData" ma:web="fe968c08-bad6-44f2-bc82-a15b3db1bb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968c08-bad6-44f2-bc82-a15b3db1bb40" xsi:nil="true"/>
    <lcf76f155ced4ddcb4097134ff3c332f xmlns="92a13d9e-62e4-4fcc-865b-03d05f6bd9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6CD684-4041-449B-8C44-07C332845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1EC09D-1DC4-4854-BDAE-3D27D9548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13d9e-62e4-4fcc-865b-03d05f6bd99c"/>
    <ds:schemaRef ds:uri="fe968c08-bad6-44f2-bc82-a15b3db1b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AB37F8-1F60-4387-9650-8110EB20C976}">
  <ds:schemaRefs>
    <ds:schemaRef ds:uri="http://schemas.microsoft.com/office/2006/metadata/properties"/>
    <ds:schemaRef ds:uri="http://schemas.microsoft.com/office/infopath/2007/PartnerControls"/>
    <ds:schemaRef ds:uri="fe968c08-bad6-44f2-bc82-a15b3db1bb40"/>
    <ds:schemaRef ds:uri="92a13d9e-62e4-4fcc-865b-03d05f6bd9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792</Characters>
  <Application>Microsoft Office Word</Application>
  <DocSecurity>0</DocSecurity>
  <Lines>26</Lines>
  <Paragraphs>17</Paragraphs>
  <ScaleCrop>false</ScaleCrop>
  <Manager/>
  <Company/>
  <LinksUpToDate>false</LinksUpToDate>
  <CharactersWithSpaces>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generated by python-docx</dc:description>
  <cp:revision>4</cp:revision>
  <dcterms:created xsi:type="dcterms:W3CDTF">2026-03-20T20:10:00Z</dcterms:created>
  <dcterms:modified xsi:type="dcterms:W3CDTF">2026-03-20T20:14:00Z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0x0101006CE3CC3B102BFF4FA48B02BC818C3347</vt:lpwstr>
  </property>
  <property fmtid="{D5CDD505-2E9C-101B-9397-08002B2CF9AE}" pid="3" name="MediaServiceImageTags">
    <vt:lpwstr/>
  </property>
</Properties>
</file>